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A11A17C" w14:textId="77777777" w:rsidR="00012075" w:rsidRPr="00327C30" w:rsidRDefault="00572F8D">
      <w:pPr>
        <w:jc w:val="center"/>
        <w:rPr>
          <w:lang w:val="ru-RU"/>
        </w:rPr>
      </w:pPr>
      <w:r w:rsidRPr="00327C30">
        <w:rPr>
          <w:b/>
          <w:lang w:val="ru-RU"/>
        </w:rPr>
        <w:t>Заявление на выдачу справки об оплате медицинских услуг</w:t>
      </w:r>
      <w:r w:rsidRPr="00327C30">
        <w:rPr>
          <w:b/>
          <w:lang w:val="ru-RU"/>
        </w:rPr>
        <w:br/>
        <w:t>в ООО «ПРИМКЛИНИКА»</w:t>
      </w:r>
    </w:p>
    <w:p w14:paraId="716CECC8" w14:textId="77777777" w:rsidR="00012075" w:rsidRPr="00327C30" w:rsidRDefault="00012075">
      <w:pPr>
        <w:rPr>
          <w:lang w:val="ru-RU"/>
        </w:rPr>
      </w:pPr>
    </w:p>
    <w:p w14:paraId="7AC4B395" w14:textId="77777777" w:rsidR="00012075" w:rsidRPr="00327C30" w:rsidRDefault="00572F8D">
      <w:pPr>
        <w:rPr>
          <w:b/>
          <w:bCs/>
          <w:lang w:val="ru-RU"/>
        </w:rPr>
      </w:pPr>
      <w:r w:rsidRPr="00327C30">
        <w:rPr>
          <w:b/>
          <w:bCs/>
          <w:lang w:val="ru-RU"/>
        </w:rPr>
        <w:t>Данные налогоплательщика (печатными буквами):</w:t>
      </w:r>
    </w:p>
    <w:p w14:paraId="672A4FCA" w14:textId="77777777" w:rsidR="00012075" w:rsidRPr="00327C30" w:rsidRDefault="00572F8D">
      <w:pPr>
        <w:rPr>
          <w:lang w:val="ru-RU"/>
        </w:rPr>
      </w:pPr>
      <w:r w:rsidRPr="00327C30">
        <w:rPr>
          <w:lang w:val="ru-RU"/>
        </w:rPr>
        <w:t>Фамилия, имя, отчество ______________________________________________</w:t>
      </w:r>
    </w:p>
    <w:p w14:paraId="5D43F18A" w14:textId="77777777" w:rsidR="00012075" w:rsidRPr="00327C30" w:rsidRDefault="00572F8D">
      <w:pPr>
        <w:rPr>
          <w:lang w:val="ru-RU"/>
        </w:rPr>
      </w:pPr>
      <w:r w:rsidRPr="00327C30">
        <w:rPr>
          <w:lang w:val="ru-RU"/>
        </w:rPr>
        <w:t>Дата рождения _____________________</w:t>
      </w:r>
    </w:p>
    <w:p w14:paraId="12963053" w14:textId="77777777" w:rsidR="00012075" w:rsidRPr="00327C30" w:rsidRDefault="00572F8D">
      <w:pPr>
        <w:rPr>
          <w:lang w:val="ru-RU"/>
        </w:rPr>
      </w:pPr>
      <w:r w:rsidRPr="00327C30">
        <w:rPr>
          <w:lang w:val="ru-RU"/>
        </w:rPr>
        <w:t>ИНН _______________________________</w:t>
      </w:r>
    </w:p>
    <w:p w14:paraId="26C896ED" w14:textId="77777777" w:rsidR="00012075" w:rsidRPr="00327C30" w:rsidRDefault="00572F8D">
      <w:pPr>
        <w:rPr>
          <w:lang w:val="ru-RU"/>
        </w:rPr>
      </w:pPr>
      <w:r w:rsidRPr="00327C30">
        <w:rPr>
          <w:lang w:val="ru-RU"/>
        </w:rPr>
        <w:t>Паспортные данные: Серия _______</w:t>
      </w:r>
      <w:r w:rsidR="00327C30" w:rsidRPr="00327C30">
        <w:rPr>
          <w:lang w:val="ru-RU"/>
        </w:rPr>
        <w:t>_ Номер</w:t>
      </w:r>
      <w:r w:rsidRPr="00327C30">
        <w:rPr>
          <w:lang w:val="ru-RU"/>
        </w:rPr>
        <w:t xml:space="preserve"> _______</w:t>
      </w:r>
      <w:r w:rsidR="00327C30" w:rsidRPr="00327C30">
        <w:rPr>
          <w:lang w:val="ru-RU"/>
        </w:rPr>
        <w:t>_ Дата</w:t>
      </w:r>
      <w:r w:rsidRPr="00327C30">
        <w:rPr>
          <w:lang w:val="ru-RU"/>
        </w:rPr>
        <w:t xml:space="preserve"> выдачи __________ г.</w:t>
      </w:r>
    </w:p>
    <w:p w14:paraId="7852D377" w14:textId="77777777" w:rsidR="00012075" w:rsidRPr="00327C30" w:rsidRDefault="00572F8D">
      <w:pPr>
        <w:rPr>
          <w:lang w:val="ru-RU"/>
        </w:rPr>
      </w:pPr>
      <w:r w:rsidRPr="00327C30">
        <w:rPr>
          <w:lang w:val="ru-RU"/>
        </w:rPr>
        <w:t>Контактный телефон _________________________________________________</w:t>
      </w:r>
    </w:p>
    <w:p w14:paraId="1C87867A" w14:textId="77777777" w:rsidR="00012075" w:rsidRPr="00327C30" w:rsidRDefault="00012075">
      <w:pPr>
        <w:rPr>
          <w:lang w:val="ru-RU"/>
        </w:rPr>
      </w:pPr>
    </w:p>
    <w:p w14:paraId="163EAEBF" w14:textId="77777777" w:rsidR="00012075" w:rsidRPr="00327C30" w:rsidRDefault="00572F8D">
      <w:pPr>
        <w:rPr>
          <w:lang w:val="ru-RU"/>
        </w:rPr>
      </w:pPr>
      <w:r w:rsidRPr="00327C30">
        <w:rPr>
          <w:lang w:val="ru-RU"/>
        </w:rPr>
        <w:t>Прошу предоставить мне справку об оплате медицинских услуг в ООО «ПРИМКЛИНИКА» за себя / супруга (супругу) / дочь (сына) / мать (отца) (нужное подчеркнуть).</w:t>
      </w:r>
    </w:p>
    <w:p w14:paraId="7DC2803E" w14:textId="77777777" w:rsidR="00012075" w:rsidRPr="00327C30" w:rsidRDefault="00572F8D">
      <w:pPr>
        <w:rPr>
          <w:b/>
          <w:bCs/>
          <w:lang w:val="ru-RU"/>
        </w:rPr>
      </w:pPr>
      <w:r w:rsidRPr="00327C30">
        <w:rPr>
          <w:b/>
          <w:bCs/>
          <w:lang w:val="ru-RU"/>
        </w:rPr>
        <w:t>Данные клиента №1, получавшего услуги в компании ООО</w:t>
      </w:r>
      <w:r w:rsidR="00327C30">
        <w:rPr>
          <w:b/>
          <w:bCs/>
          <w:lang w:val="ru-RU"/>
        </w:rPr>
        <w:t xml:space="preserve"> </w:t>
      </w:r>
      <w:r w:rsidRPr="00327C30">
        <w:rPr>
          <w:b/>
          <w:bCs/>
          <w:lang w:val="ru-RU"/>
        </w:rPr>
        <w:t>«ПРИМКЛИНИКА»:</w:t>
      </w:r>
    </w:p>
    <w:p w14:paraId="29BEC6D5" w14:textId="77777777" w:rsidR="00012075" w:rsidRPr="00327C30" w:rsidRDefault="00572F8D">
      <w:pPr>
        <w:rPr>
          <w:lang w:val="ru-RU"/>
        </w:rPr>
      </w:pPr>
      <w:r w:rsidRPr="00327C30">
        <w:rPr>
          <w:lang w:val="ru-RU"/>
        </w:rPr>
        <w:t>Фамилия, имя, отчество ______________________________________________</w:t>
      </w:r>
    </w:p>
    <w:p w14:paraId="16DE9A0B" w14:textId="77777777" w:rsidR="00012075" w:rsidRPr="00327C30" w:rsidRDefault="00572F8D">
      <w:pPr>
        <w:rPr>
          <w:lang w:val="ru-RU"/>
        </w:rPr>
      </w:pPr>
      <w:r w:rsidRPr="00327C30">
        <w:rPr>
          <w:lang w:val="ru-RU"/>
        </w:rPr>
        <w:t>Дата рождения _____________________</w:t>
      </w:r>
    </w:p>
    <w:p w14:paraId="74C86877" w14:textId="77777777" w:rsidR="00012075" w:rsidRPr="00327C30" w:rsidRDefault="00572F8D">
      <w:pPr>
        <w:rPr>
          <w:lang w:val="ru-RU"/>
        </w:rPr>
      </w:pPr>
      <w:r w:rsidRPr="00327C30">
        <w:rPr>
          <w:lang w:val="ru-RU"/>
        </w:rPr>
        <w:t>Паспортные данные / Свидетельство о рождении ребенка (если услуги получал ребенок):</w:t>
      </w:r>
    </w:p>
    <w:p w14:paraId="475CA094" w14:textId="77777777" w:rsidR="00012075" w:rsidRPr="00327C30" w:rsidRDefault="00572F8D">
      <w:pPr>
        <w:rPr>
          <w:lang w:val="ru-RU"/>
        </w:rPr>
      </w:pPr>
      <w:r w:rsidRPr="00327C30">
        <w:rPr>
          <w:lang w:val="ru-RU"/>
        </w:rPr>
        <w:t>Серия _______</w:t>
      </w:r>
      <w:r w:rsidR="00327C30" w:rsidRPr="00327C30">
        <w:rPr>
          <w:lang w:val="ru-RU"/>
        </w:rPr>
        <w:t>_ Номер</w:t>
      </w:r>
      <w:r w:rsidRPr="00327C30">
        <w:rPr>
          <w:lang w:val="ru-RU"/>
        </w:rPr>
        <w:t xml:space="preserve"> _______</w:t>
      </w:r>
      <w:r w:rsidR="00EF2BDD" w:rsidRPr="00327C30">
        <w:rPr>
          <w:lang w:val="ru-RU"/>
        </w:rPr>
        <w:t>_ Дата</w:t>
      </w:r>
      <w:r w:rsidRPr="00327C30">
        <w:rPr>
          <w:lang w:val="ru-RU"/>
        </w:rPr>
        <w:t xml:space="preserve"> выдачи __________ г.</w:t>
      </w:r>
    </w:p>
    <w:p w14:paraId="478937A4" w14:textId="77777777" w:rsidR="00012075" w:rsidRPr="00327C30" w:rsidRDefault="00572F8D">
      <w:pPr>
        <w:rPr>
          <w:lang w:val="ru-RU"/>
        </w:rPr>
      </w:pPr>
      <w:r w:rsidRPr="00327C30">
        <w:rPr>
          <w:lang w:val="ru-RU"/>
        </w:rPr>
        <w:t>ИНН _______________________________</w:t>
      </w:r>
    </w:p>
    <w:p w14:paraId="76285B4D" w14:textId="77777777" w:rsidR="00012075" w:rsidRPr="00327C30" w:rsidRDefault="00012075">
      <w:pPr>
        <w:rPr>
          <w:lang w:val="ru-RU"/>
        </w:rPr>
      </w:pPr>
    </w:p>
    <w:p w14:paraId="0543992E" w14:textId="77777777" w:rsidR="00012075" w:rsidRPr="00327C30" w:rsidRDefault="00572F8D">
      <w:pPr>
        <w:rPr>
          <w:lang w:val="ru-RU"/>
        </w:rPr>
      </w:pPr>
      <w:r w:rsidRPr="00327C30">
        <w:rPr>
          <w:lang w:val="ru-RU"/>
        </w:rPr>
        <w:t>Прошу предоставить мне справку об оплате медицинских услуг в ООО «ПРИМКЛИНИКА» за себя / супруга (супругу) / дочь (сына) / мать (отца) (нужное подчеркнуть).</w:t>
      </w:r>
    </w:p>
    <w:p w14:paraId="0D582519" w14:textId="77777777" w:rsidR="00012075" w:rsidRPr="00327C30" w:rsidRDefault="00572F8D">
      <w:pPr>
        <w:rPr>
          <w:b/>
          <w:bCs/>
          <w:lang w:val="ru-RU"/>
        </w:rPr>
      </w:pPr>
      <w:r w:rsidRPr="00327C30">
        <w:rPr>
          <w:b/>
          <w:bCs/>
          <w:lang w:val="ru-RU"/>
        </w:rPr>
        <w:t>Данные клиента №2, получавшего услуги в компании ООО «ПРИМКЛИНИКА»:</w:t>
      </w:r>
    </w:p>
    <w:p w14:paraId="0993EA15" w14:textId="77777777" w:rsidR="00012075" w:rsidRPr="00327C30" w:rsidRDefault="00572F8D">
      <w:pPr>
        <w:rPr>
          <w:lang w:val="ru-RU"/>
        </w:rPr>
      </w:pPr>
      <w:r w:rsidRPr="00327C30">
        <w:rPr>
          <w:lang w:val="ru-RU"/>
        </w:rPr>
        <w:t>Фамилия, имя, отчество ______________________________________________</w:t>
      </w:r>
    </w:p>
    <w:p w14:paraId="0A87CB60" w14:textId="77777777" w:rsidR="00012075" w:rsidRPr="00327C30" w:rsidRDefault="00572F8D">
      <w:pPr>
        <w:rPr>
          <w:lang w:val="ru-RU"/>
        </w:rPr>
      </w:pPr>
      <w:r w:rsidRPr="00327C30">
        <w:rPr>
          <w:lang w:val="ru-RU"/>
        </w:rPr>
        <w:t>Дата рождения _____________________</w:t>
      </w:r>
    </w:p>
    <w:p w14:paraId="1691C7A4" w14:textId="77777777" w:rsidR="00012075" w:rsidRPr="00327C30" w:rsidRDefault="00572F8D">
      <w:pPr>
        <w:rPr>
          <w:lang w:val="ru-RU"/>
        </w:rPr>
      </w:pPr>
      <w:r w:rsidRPr="00327C30">
        <w:rPr>
          <w:lang w:val="ru-RU"/>
        </w:rPr>
        <w:t>Паспортные данные / Свидетельство о рождении ребенка (если услуги получал ребенок):</w:t>
      </w:r>
    </w:p>
    <w:p w14:paraId="71A4A708" w14:textId="77777777" w:rsidR="00012075" w:rsidRPr="00327C30" w:rsidRDefault="00572F8D">
      <w:pPr>
        <w:rPr>
          <w:lang w:val="ru-RU"/>
        </w:rPr>
      </w:pPr>
      <w:r w:rsidRPr="00327C30">
        <w:rPr>
          <w:lang w:val="ru-RU"/>
        </w:rPr>
        <w:t>Серия _______</w:t>
      </w:r>
      <w:r w:rsidR="00327C30" w:rsidRPr="00327C30">
        <w:rPr>
          <w:lang w:val="ru-RU"/>
        </w:rPr>
        <w:t>_ Номер</w:t>
      </w:r>
      <w:r w:rsidRPr="00327C30">
        <w:rPr>
          <w:lang w:val="ru-RU"/>
        </w:rPr>
        <w:t xml:space="preserve"> _______</w:t>
      </w:r>
      <w:r w:rsidR="00327C30" w:rsidRPr="00327C30">
        <w:rPr>
          <w:lang w:val="ru-RU"/>
        </w:rPr>
        <w:t>_ Дата</w:t>
      </w:r>
      <w:r w:rsidRPr="00327C30">
        <w:rPr>
          <w:lang w:val="ru-RU"/>
        </w:rPr>
        <w:t xml:space="preserve"> выдачи __________ г.</w:t>
      </w:r>
    </w:p>
    <w:p w14:paraId="54A8D08C" w14:textId="77777777" w:rsidR="00012075" w:rsidRPr="00327C30" w:rsidRDefault="00572F8D">
      <w:pPr>
        <w:rPr>
          <w:lang w:val="ru-RU"/>
        </w:rPr>
      </w:pPr>
      <w:r w:rsidRPr="00327C30">
        <w:rPr>
          <w:lang w:val="ru-RU"/>
        </w:rPr>
        <w:t>ИНН _______________________________</w:t>
      </w:r>
    </w:p>
    <w:p w14:paraId="6B556140" w14:textId="77777777" w:rsidR="00012075" w:rsidRPr="00327C30" w:rsidRDefault="00012075">
      <w:pPr>
        <w:rPr>
          <w:lang w:val="ru-RU"/>
        </w:rPr>
      </w:pPr>
    </w:p>
    <w:p w14:paraId="4580BEA6" w14:textId="77777777" w:rsidR="00012075" w:rsidRPr="00327C30" w:rsidRDefault="00572F8D">
      <w:pPr>
        <w:rPr>
          <w:lang w:val="ru-RU"/>
        </w:rPr>
      </w:pPr>
      <w:r w:rsidRPr="00327C30">
        <w:rPr>
          <w:lang w:val="ru-RU"/>
        </w:rPr>
        <w:t>Прошу предоставить мне справку об оплате медицинских услуг в ООО «ПРИМКЛИНИКА» за себя / супруга (супругу) / дочь (сына) / мать (отца) (нужное подчеркнуть).</w:t>
      </w:r>
    </w:p>
    <w:p w14:paraId="771EBD71" w14:textId="77777777" w:rsidR="00012075" w:rsidRPr="00327C30" w:rsidRDefault="00572F8D">
      <w:pPr>
        <w:rPr>
          <w:b/>
          <w:bCs/>
          <w:lang w:val="ru-RU"/>
        </w:rPr>
      </w:pPr>
      <w:r w:rsidRPr="00327C30">
        <w:rPr>
          <w:b/>
          <w:bCs/>
          <w:lang w:val="ru-RU"/>
        </w:rPr>
        <w:t>Данные клиента №3, получавшего услуги в компании ООО «ПРИМКЛИНИКА»:</w:t>
      </w:r>
    </w:p>
    <w:p w14:paraId="7156A1C4" w14:textId="77777777" w:rsidR="00012075" w:rsidRPr="00327C30" w:rsidRDefault="00572F8D">
      <w:pPr>
        <w:rPr>
          <w:lang w:val="ru-RU"/>
        </w:rPr>
      </w:pPr>
      <w:r w:rsidRPr="00327C30">
        <w:rPr>
          <w:lang w:val="ru-RU"/>
        </w:rPr>
        <w:t>Фамилия, имя, отчество ______________________________________________</w:t>
      </w:r>
    </w:p>
    <w:p w14:paraId="2388D6DD" w14:textId="77777777" w:rsidR="00012075" w:rsidRPr="00327C30" w:rsidRDefault="00572F8D">
      <w:pPr>
        <w:rPr>
          <w:lang w:val="ru-RU"/>
        </w:rPr>
      </w:pPr>
      <w:r w:rsidRPr="00327C30">
        <w:rPr>
          <w:lang w:val="ru-RU"/>
        </w:rPr>
        <w:t>Дата рождения _____________________</w:t>
      </w:r>
    </w:p>
    <w:p w14:paraId="53A79D19" w14:textId="77777777" w:rsidR="00012075" w:rsidRPr="00327C30" w:rsidRDefault="00572F8D">
      <w:pPr>
        <w:rPr>
          <w:lang w:val="ru-RU"/>
        </w:rPr>
      </w:pPr>
      <w:r w:rsidRPr="00327C30">
        <w:rPr>
          <w:lang w:val="ru-RU"/>
        </w:rPr>
        <w:t>Паспортные данные / Свидетельство о рождении ребенка (если услуги получал ребенок):</w:t>
      </w:r>
    </w:p>
    <w:p w14:paraId="6042A67D" w14:textId="77777777" w:rsidR="00012075" w:rsidRPr="00327C30" w:rsidRDefault="00572F8D">
      <w:pPr>
        <w:rPr>
          <w:lang w:val="ru-RU"/>
        </w:rPr>
      </w:pPr>
      <w:r w:rsidRPr="00327C30">
        <w:rPr>
          <w:lang w:val="ru-RU"/>
        </w:rPr>
        <w:t>Серия _______</w:t>
      </w:r>
      <w:r w:rsidR="00327C30" w:rsidRPr="00327C30">
        <w:rPr>
          <w:lang w:val="ru-RU"/>
        </w:rPr>
        <w:t>_ Номер</w:t>
      </w:r>
      <w:r w:rsidRPr="00327C30">
        <w:rPr>
          <w:lang w:val="ru-RU"/>
        </w:rPr>
        <w:t xml:space="preserve"> _______</w:t>
      </w:r>
      <w:r w:rsidR="00327C30" w:rsidRPr="00327C30">
        <w:rPr>
          <w:lang w:val="ru-RU"/>
        </w:rPr>
        <w:t>_ Дата</w:t>
      </w:r>
      <w:r w:rsidRPr="00327C30">
        <w:rPr>
          <w:lang w:val="ru-RU"/>
        </w:rPr>
        <w:t xml:space="preserve"> выдачи __________ г.</w:t>
      </w:r>
    </w:p>
    <w:p w14:paraId="77FA0484" w14:textId="77777777" w:rsidR="00012075" w:rsidRPr="00327C30" w:rsidRDefault="00572F8D">
      <w:pPr>
        <w:rPr>
          <w:lang w:val="ru-RU"/>
        </w:rPr>
      </w:pPr>
      <w:r w:rsidRPr="00327C30">
        <w:rPr>
          <w:lang w:val="ru-RU"/>
        </w:rPr>
        <w:t>ИНН _______________________________</w:t>
      </w:r>
    </w:p>
    <w:p w14:paraId="4D8C2680" w14:textId="77777777" w:rsidR="00012075" w:rsidRPr="00327C30" w:rsidRDefault="00012075">
      <w:pPr>
        <w:rPr>
          <w:lang w:val="ru-RU"/>
        </w:rPr>
      </w:pPr>
    </w:p>
    <w:p w14:paraId="14ADE195" w14:textId="77777777" w:rsidR="00012075" w:rsidRPr="00327C30" w:rsidRDefault="00572F8D">
      <w:pPr>
        <w:rPr>
          <w:lang w:val="ru-RU"/>
        </w:rPr>
      </w:pPr>
      <w:r w:rsidRPr="00327C30">
        <w:rPr>
          <w:lang w:val="ru-RU"/>
        </w:rPr>
        <w:t>Период, за который необходимо предоставить справку (указать год</w:t>
      </w:r>
      <w:r w:rsidR="00327C30">
        <w:rPr>
          <w:lang w:val="ru-RU"/>
        </w:rPr>
        <w:t>а</w:t>
      </w:r>
      <w:r w:rsidRPr="00327C30">
        <w:rPr>
          <w:lang w:val="ru-RU"/>
        </w:rPr>
        <w:t>) ____________________________</w:t>
      </w:r>
    </w:p>
    <w:p w14:paraId="24BB1DC9" w14:textId="462432DC" w:rsidR="00012075" w:rsidRPr="00327C30" w:rsidRDefault="00572F8D">
      <w:pPr>
        <w:rPr>
          <w:b/>
          <w:bCs/>
          <w:lang w:val="ru-RU"/>
        </w:rPr>
      </w:pPr>
      <w:r w:rsidRPr="00327C30">
        <w:rPr>
          <w:b/>
          <w:bCs/>
          <w:lang w:val="ru-RU"/>
        </w:rPr>
        <w:t>СПОСОБ ПОЛУЧЕНИЯ СПРАВКИ</w:t>
      </w:r>
      <w:r w:rsidR="000D08A3">
        <w:rPr>
          <w:b/>
          <w:bCs/>
          <w:lang w:val="ru-RU"/>
        </w:rPr>
        <w:t>:</w:t>
      </w:r>
    </w:p>
    <w:p w14:paraId="397261CA" w14:textId="77777777" w:rsidR="00012075" w:rsidRPr="00327C30" w:rsidRDefault="00572F8D">
      <w:pPr>
        <w:rPr>
          <w:lang w:val="ru-RU"/>
        </w:rPr>
      </w:pPr>
      <w:r w:rsidRPr="00327C30">
        <w:rPr>
          <w:lang w:val="ru-RU"/>
        </w:rPr>
        <w:t>В регистратуре по адресу: ____________________________________________</w:t>
      </w:r>
    </w:p>
    <w:p w14:paraId="741E5DF1" w14:textId="77777777" w:rsidR="00012075" w:rsidRPr="00327C30" w:rsidRDefault="00572F8D">
      <w:pPr>
        <w:rPr>
          <w:lang w:val="ru-RU"/>
        </w:rPr>
      </w:pPr>
      <w:r w:rsidRPr="00327C30">
        <w:rPr>
          <w:lang w:val="ru-RU"/>
        </w:rPr>
        <w:t>По электронной почте (укажите адрес): _________________________________</w:t>
      </w:r>
    </w:p>
    <w:p w14:paraId="09A9766E" w14:textId="77777777" w:rsidR="000D08A3" w:rsidRDefault="00AA6F0A">
      <w:pPr>
        <w:rPr>
          <w:lang w:val="ru-RU"/>
        </w:rPr>
      </w:pPr>
      <w:r w:rsidRPr="000D08A3">
        <w:rPr>
          <w:b/>
          <w:lang w:val="ru-RU"/>
        </w:rPr>
        <w:t xml:space="preserve">Дата написания заявления </w:t>
      </w:r>
      <w:r w:rsidRPr="000D08A3">
        <w:rPr>
          <w:lang w:val="ru-RU"/>
        </w:rPr>
        <w:t xml:space="preserve">____________________ </w:t>
      </w:r>
    </w:p>
    <w:p w14:paraId="1023BD5C" w14:textId="6E1729BF" w:rsidR="000D08A3" w:rsidRDefault="00AA6F0A">
      <w:pPr>
        <w:rPr>
          <w:lang w:val="ru-RU"/>
        </w:rPr>
      </w:pPr>
      <w:r w:rsidRPr="000D08A3">
        <w:rPr>
          <w:b/>
          <w:lang w:val="ru-RU"/>
        </w:rPr>
        <w:t xml:space="preserve">Подпись заявителя </w:t>
      </w:r>
      <w:r w:rsidRPr="000D08A3">
        <w:rPr>
          <w:lang w:val="ru-RU"/>
        </w:rPr>
        <w:t>____________________</w:t>
      </w:r>
    </w:p>
    <w:p w14:paraId="0E74CA68" w14:textId="50881894" w:rsidR="000D08A3" w:rsidRDefault="00AA6F0A">
      <w:pPr>
        <w:rPr>
          <w:lang w:val="ru-RU"/>
        </w:rPr>
      </w:pPr>
      <w:r w:rsidRPr="000D08A3">
        <w:rPr>
          <w:b/>
          <w:lang w:val="ru-RU"/>
        </w:rPr>
        <w:t xml:space="preserve">Регистратор, принявший заявление </w:t>
      </w:r>
      <w:r w:rsidRPr="000D08A3">
        <w:rPr>
          <w:lang w:val="ru-RU"/>
        </w:rPr>
        <w:t xml:space="preserve">____________________   </w:t>
      </w:r>
    </w:p>
    <w:p w14:paraId="26924B9D" w14:textId="29E6987D" w:rsidR="00606C7D" w:rsidRPr="000D08A3" w:rsidRDefault="00AA6F0A">
      <w:pPr>
        <w:rPr>
          <w:lang w:val="ru-RU"/>
        </w:rPr>
      </w:pPr>
      <w:r w:rsidRPr="000D08A3">
        <w:rPr>
          <w:lang w:val="ru-RU"/>
        </w:rPr>
        <w:t xml:space="preserve"> </w:t>
      </w:r>
      <w:r w:rsidRPr="000D08A3">
        <w:rPr>
          <w:b/>
          <w:lang w:val="ru-RU"/>
        </w:rPr>
        <w:t xml:space="preserve">Подпись регистратора </w:t>
      </w:r>
      <w:r w:rsidRPr="000D08A3">
        <w:rPr>
          <w:lang w:val="ru-RU"/>
        </w:rPr>
        <w:t>____________________</w:t>
      </w:r>
    </w:p>
    <w:sectPr w:rsidR="00606C7D" w:rsidRPr="000D08A3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467775091">
    <w:abstractNumId w:val="8"/>
  </w:num>
  <w:num w:numId="2" w16cid:durableId="1327131433">
    <w:abstractNumId w:val="6"/>
  </w:num>
  <w:num w:numId="3" w16cid:durableId="1282615812">
    <w:abstractNumId w:val="5"/>
  </w:num>
  <w:num w:numId="4" w16cid:durableId="1903902773">
    <w:abstractNumId w:val="4"/>
  </w:num>
  <w:num w:numId="5" w16cid:durableId="468285724">
    <w:abstractNumId w:val="7"/>
  </w:num>
  <w:num w:numId="6" w16cid:durableId="720444161">
    <w:abstractNumId w:val="3"/>
  </w:num>
  <w:num w:numId="7" w16cid:durableId="1262564395">
    <w:abstractNumId w:val="2"/>
  </w:num>
  <w:num w:numId="8" w16cid:durableId="723791911">
    <w:abstractNumId w:val="1"/>
  </w:num>
  <w:num w:numId="9" w16cid:durableId="627325113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4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12075"/>
    <w:rsid w:val="00034616"/>
    <w:rsid w:val="0006063C"/>
    <w:rsid w:val="000D08A3"/>
    <w:rsid w:val="0012028B"/>
    <w:rsid w:val="0015074B"/>
    <w:rsid w:val="0029639D"/>
    <w:rsid w:val="00326F90"/>
    <w:rsid w:val="00327C30"/>
    <w:rsid w:val="00572F8D"/>
    <w:rsid w:val="00606C7D"/>
    <w:rsid w:val="00A9212E"/>
    <w:rsid w:val="00AA1D8D"/>
    <w:rsid w:val="00B47730"/>
    <w:rsid w:val="00CB0664"/>
    <w:rsid w:val="00EF2BDD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53141C7"/>
  <w14:defaultImageDpi w14:val="300"/>
  <w15:docId w15:val="{DAD78BD1-D99F-2547-B80F-34A048AB6D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Times New Roman" w:hAnsi="Times New Roman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355</Words>
  <Characters>2029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2380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Силкина Кристина Алексеевна</cp:lastModifiedBy>
  <cp:revision>2</cp:revision>
  <cp:lastPrinted>2026-06-30T01:08:00Z</cp:lastPrinted>
  <dcterms:created xsi:type="dcterms:W3CDTF">2026-06-30T01:18:00Z</dcterms:created>
  <dcterms:modified xsi:type="dcterms:W3CDTF">2026-06-30T01:18:00Z</dcterms:modified>
  <cp:category/>
</cp:coreProperties>
</file>